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השוואה: "מדירה לדירה" ו"התיק השחור"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מכין את התלמידים והתלמידות לשאלת השוואה בין שני הסיפורים: מיון פרטים, נקודות דמיון ושוני, ולבסוף תשובת השוואה מלאה. מומלץ לעבוד עם טבלת ההשוואה שבעמוד ההשוואה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עוזר לאיש להרגיש קרבה ב"מדירה לדירה"?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התינוק החולני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נותנת לילד מגע חם ב"התיק השחור"?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המורה השכנה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בשני הסיפורים הגיבור אומר "אני".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ב"מדירה לדירה" – גוף ראשון; ב"התיק השחור" – גוף שלישי, דרך עיניו ומחשבותיו של הילד.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בשני הסיפורים מגע פיזי קטן הוא נקודת המפנה.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ב"התיק השחור" הבדידות נובעת מ____ בין האב לבן: שתיקה, עיתונים וטלפון.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ניכור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במה שונים הסיומים?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ב"מדירה לדירה" הגיבור בוחר בקשר ומקשיב; ב"התיק השחור" הילד מתאפק ורץ הביתה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הסמל המרכזי בכל סיפור, לפי טבלת ההשוואה?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האסקופה (הסף) / התיק השחור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לאיזה סיפור זה שייך?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מדירה לדירה: גיבור מבוגר, חולה ובלי שם، מספר בגוף ראשון، האסקופה (הסף)، בריחה אל השקט | התיק השחור: ילד שמרגיש שקוף מול אביו، גוף שלישי דרך עיני הילד، תיק גדוש וסגור، עיתונים וטלפון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רגע למשמעות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4–ה,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דבר אחד שדומה בשני הסיפורים, ודוגמה מכל 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מגע פיזי קטן הוא נקודת המפנה – החיבוק עם התינוק / היד של המורה על העורף; או: גיבור בודד ומנותק בשני הסיפורים.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תשובה: מה דומה ומה שונה בין שני הסיפורים? מי עוזר לגיבור בכל 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שמציגה דמיון ושוני; דמיון: גיבור בודד, דמות שולית ומגע קטן כנקודת מפנה (חיבוק / יד על העורף); שוני: מקור הבדידות והסיום (בחירה בקשר מול התאפקות); סיכום. ציטוטים עד 8 מילים. מחוון: טענה, ביסוס משני הסיפורים, הסבר, מושגים,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דמיון: גיבור בודד; דמות שולית ומגע קטן. שוני: גוף ראשון/שלישי, מקור הבדידות, הסיום. חשוב: דוגמה מכל סיפור לכל נקודה.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ציטוטים מעגנון ומקנז – עד 8 מילים,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"השוואה: "מדירה לדירה" ו"התיק השחור"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⚖️ השוואה: "מדירה לדירה" ו"התיק השחור"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בדיקה מה דומה ומה שונה בין שני דברים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comparison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דמיון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שדומה בשני הסיפורים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similarity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שוני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משהו שונה בין הסיפורים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difference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משנית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שאינה הגיבור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minor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בדידות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להרגיש לבד, בלי קשר לאחרים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loneliness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ניכור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ריחוק וקור בין אנשים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alienation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שמייצג רעיון גדול 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בגוף ראשון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הדמות מספרת על עצמה: "אני"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first-person narrator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בגוף שלישי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שמספר על הדמות: "הוא"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third-person narrator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ניכור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 עוזר לאיש להרגיש קרבה ב"מדירה לדירה"?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התינוק החולני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הרופא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הסבל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בעלי הדירה החדשה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מי נותנת לילד מגע חם ב"התיק השחור"?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השליח ארז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המורה השכנה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בעל המסעדה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בשני הסיפורים הגיבור אומר "אני".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בשני הסיפורים מגע פיזי קטן הוא נקודת המפנה.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ב"התיק השחור" הבדידות נובעת מ_______________ בין האב לבן: שתיקה, עיתונים וטלפון.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במה שונים הסיומים?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בשני הסיפורים הגיבור בורח מכל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ב"מדירה לדירה" הגיבור בוחר בקשר ומקשיב; ב"התיק השחור" הילד מתאפק ורץ הביתה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ב"התיק השחור" הילד מחבק את אביו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ב"מדירה לדירה" המספר נשאר בדירה השקטה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מהו הסמל המרכזי בכל סיפור, לפי טבלת ההשוואה?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האסקופה (הסף) /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השלג /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הסוסה / החומוס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עץ התפוח / הטלפון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מיינו: לאיזה סיפור זה שייך?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בריחה אל השקט   ·   מספר בגוף ראשון   ·   עיתונים וטלפון   ·   תיק גדוש וסגור   ·   גוף שלישי דרך עיני הילד   ·   ילד שמרגיש שקוף מול אביו   ·   האסקופה (הסף)   ·   גיבור מבוגר, חולה ובלי שם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מדירה לדירה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התיק השחור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רגע למשמעות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מחבק את התינוק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בחיים ובקשר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המורה מניחה יד על עורפו של הילד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חסד רגעי מאדם כמעט זר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האסקופה הריקה בדירה השקטה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שקט שמתגלה כריקנות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לוקח את התיק ויוצא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חם שהילד עוד אינו יודע להחזיק בו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מתאפק ורץ הביתה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האב בוחר בתיק ולא בבן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דבר אחד שדומה בשני הסיפורים, ודוגמה מכל 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תשובה: מה דומה ומה שונה בין שני הסיפורים? מי עוזר לגיבור בכל 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נקודת דמיון אחת בין הסיפורים.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נקודת שוני אחת בין הסיפורים.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"בשאלת השוואה חשוב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השוואה: "מדירה לדירה" ו"התיק השחור"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