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שאלון 8281 – דף תרגול לשאלון כולו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עושה סדר בשאלון כולו: אילו יצירות ושאלות יש בו, איך בנוי המחוון ואיך מתכננים תשובה. בסוף התלמידים והתלמידות בוחרים שאלה אחת ועונים עליה. מומלץ לעבוד עם עמוד השאלון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איזו יצירה שאלה 1 בשאלון?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יגון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פרק נמצאת שאלה 35 על "בית בובות"?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פרק שלישי – דרמה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המחוון, טענה מרכזית ברורה שווה 5 נקודות.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מספר השאלה לבין היצירה.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2–א, 3–ב,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היצירות לפי הסוגה.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קצר: יגון، מדירה לדירה، התיק השחור | שירה: ליבי במזרח | דרמה: בית בובות | נובלה: מאחורי הגדר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שאלה אחת מן השאלון (1, 2, 5, 35 או 36) וכתבו לה משפט טענה.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אחד שעונה בדיוק על השאלה שנבחרה (ראו את תשובות המופת בעמודי השאלות).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תשובה מלאה לשאלה שבחרתם: טענה, שתי דוגמאות מן היצירה (ציטוט של עד 8 מילים או תיאור רגע), הסבר לכל דוגמה וסיכום.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 לפי המחוון: טענה 5, ביסוס 8, הסבר 7, מושגים 3, מבנה ולשון 2 (סה״כ 25).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הביסוס (8 נקודות). למשל: בית בובות – דרמה; ליבי במזרח – שירה; מאחורי הגדר – נובלה.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השאלות באתר מנוסחות מחדש, בהשראת השאלון; מספרי השאלות והפרקים – לפי עמוד השאלון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"התיק השחור" אינו מופיע כשאלה בשאלון שבאתר; הוא מופיע במשימת ההשוואה.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"שאלון 8281 – דף תרגול לשאלון כולו"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📝 שאלון 8281 – דף תרגול לשאלון כולו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על איזו יצירה שאלה 1 בשאלון?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מדירה לדירה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יגון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ליבי במזרח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באיזה פרק נמצאת שאלה 35 על "בית בובות"?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פרק ראשון – סיפור קצר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פרק ראשון – שירה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פרק שלישי – דרמה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לפי המחוון, טענה מרכזית ברורה שווה 5 נקודות.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התאימו בין מספר השאלה לבין היצירה.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שאלה 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מדירה לדירה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שאלה 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ליבי במזרח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שאלה 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בית בובות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שאלה 35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יגון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מיינו את היצירות לפי הסוגה.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ליבי במזרח   ·   מאחורי הגדר   ·   מדירה לדירה   ·   בית בובות   ·   יגון   ·   התיק השחור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סיפור קצר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שירה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דרמה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נובלה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בחרו שאלה אחת מן השאלון (1, 2, 5, 35 או 36) וכתבו לה משפט טענה.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תשובה מלאה לשאלה שבחרתם: טענה, שתי דוגמאות מן היצירה (ציטוט של עד 8 מילים או תיאור רגע), הסבר לכל דוגמה וסיכום.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מהו הרכיב השווה ביותר במחוון?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יצירה אחת מהשאלון ואת הסוגה שלה.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שאלון 8281 – דף תרגול לשאלון כולו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