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שאלון 8281 – דף תרגול לשאלון כולו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עושה סדר בשאלון כולו: אילו יצירות ושאלות יש בו, איך בנוי המחוון ואיך מתכננים תשובה. בסוף התלמידים והתלמידות בוחרים שאלה אחת ועונים עליה. מומלץ לעבוד עם עמוד השאלון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1 היא על איזה 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פרק נמצאת שאלה 35 על "בית בובות"?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פרק שלישי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הטענה שווה 5 נקודות.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סך כל הנקודות במחוון לתשובה אחת הוא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מילים כדאי לצטט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מילים ספורות – רק מה שמוכיח את הטענה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בדרמה אין מספר, ולכן הראיות הן דיאלוג והוראות במה.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"מישור גלוי" ו"מישור סמוי" של כותרת הם...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המשמעות המילולית והמשמעות הרעיונית-הסמלית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שאלה ליצירה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3–ה, 4–א,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היצירה לבין הכותב.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2–ג, 3–ה, 4–ב, 5–ו, 6–ד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איזה סוג יצירה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קצר: יגון، מדירה לדירה، התיק השחור | שירה: ליבי במזרח | דרמה: בית בובות | נובלה: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שאלה. 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שעונה בדיוק על השאלה שנבחרה (ראו את תשובות המופת בעמודי השאלות).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 לשאלה שבחרתם: משפט ראשי, שתי דוגמאות, הסבר וסיום.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לפי המחוון: טענה 5, ביסוס 8, הסבר 7, מושגים 3, מבנה ולשון 2 (סה״כ 25).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הביסוס (8 נקודות). למשל: בית בובות – דרמה; ליבי במזרח – שירה; מאחורי הגדר – נובלה.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השאלות באתר מנוסחות מחדש, בהשראת השאלון; מספרי השאלות והפרקים – לפי עמוד השאלון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"התיק השחור" אינו מופיע כשאלה בשאלון שבאתר; הוא מופיע במשימת ההשוואה.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"שאלון 8281 – דף תרגול לשאלון כולו"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📝 שאלון 8281 – דף תרגול לשאלון כולו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מבחן עם כמה פרקים ושאלות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exam paper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בשאלון לפי 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יצירה: סיפור, שיר, 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הוראות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הסברים במחזה: מה עושים ומה שומעים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stage directions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25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שאלה 1 היא על איזה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בית בובות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באיזה פרק נמצאת שאלה 35 על "בית בובות"?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פרק ראשון –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פרק ראשון –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פרק שלישי – דרמה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פרק רביעי – רומן / נובלה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הטענה שווה 5 נקודות.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סך כל הנקודות במחוון לתשובה אחת הוא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כמה מילים כדאי לצטט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פסקה 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עמוד שלם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מילים ספורות – רק מה שמוכיח את הטענה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מצטטים אף פעם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בדרמה אין מספר, ולכן הראיות הן דיאלוג והוראות במה.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"מישור גלוי" ו"מישור סמוי" של כותרת הם...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המחבר ושם ההוצאה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המשמעות המילולית והמשמעות הרעיונית-הסמלית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הפתיחה והסיום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שתי דמויות ראשיות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שאלה ליצירה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35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36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היצירה לבין הכותב.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אנטון צ׳כוב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הנריק איבסן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ש״י עגנון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יהושע קנז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יהודה הלוי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ח״נ ביאליק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מיינו: איזה סוג יצירה זה?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ליבי במזרח   ·   מאחורי הגדר   ·   מדירה לדירה   ·   יגון   ·   התיק השחור   ·   בית בובות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סיפור קצר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שירה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דרמה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נובלה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שאלה.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תשובה לשאלה שבחרתם: משפט ראשי, שתי דוגמאות, הסבר וסיום.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הרכיב השווה ביותר במחוון?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יצירה אחת מהשאלון ואת הסוגה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"לקראת הבחינה אני צריך/ה לחזק את..."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שאלון 8281 – דף תרגול לשאלון כולו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