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שאלון 8281 – דף תרגול לשאלון כולו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עושה סדר בשאלון כולו: אילו יצירות ושאלות יש בו, איך בנוי המחוון ואיך מתכננים תשובה. בסוף התלמידים והתלמידות בוחרים שאלה אחת ועונים עליה. מומלץ לעבוד עם עמוד השאלון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איזו יצירה שאלה 1 בשאלון?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יגון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פרק נמצאת שאלה 35 על "בית בובות"?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פרק שלישי – דרמה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המחוון, טענה מרכזית ברורה שווה 5 נקודות.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סך כל הנקודות במחוון לתשובה אחת הוא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מילים כדאי לצטט בתשובה?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מילים ספורות – רק מה שמוכיח את הטענה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בדרמה אין מספר, ולכן הראיות הן דיאלוג והוראות במה.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"מישור גלוי" ו"מישור סמוי" של כותרת הם...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המשמעות המילולית והמשמעות הרעיונית-הסמלית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מספר השאלה לבין היצירה.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2–ג, 3–ב, 4–ה, 5–ד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היצירה לבין הכותב.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1–ה, 2–א, 3–ד, 4–ב, 5–ג, 6–ו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היצירות לפי הסוגה.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קצר: יגון، מדירה לדירה، התיק השחור | שירה: ליבי במזרח | דרמה: בית בובות | נובלה: מאחורי הגדר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רכיבי המחוון מהשווה ביותר לשווה פחות.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ה → ג → א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ההבדל בין "סיכום עלילה" לבין "ביסוס"?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 עלילה מספר מה קרה לפי הסדר; ביסוס בוחר רק רגע או ציטוט קצר שמוכיחים את הטענה, ואחריו בא הסבר.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שאלה אחת מן השאלון (1, 2, 5, 35 או 36) וכתבו לה משפט טענה.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אחד שעונה בדיוק על השאלה שנבחרה (ראו את תשובות המופת בעמודי השאלות).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תשובה מלאה לשאלה שבחרתם: טענה, שתי דוגמאות מן היצירה (ציטוט של עד 8 מילים או תיאור רגע), הסבר לכל דוגמה וסיכום.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בדיקה לפי המחוון: טענה 5, ביסוס 8, הסבר 7, מושגים 3, מבנה ולשון 2 (סה״כ 25).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בדקו את התשובה שכתבתם לפי המחוון: כמה נקודות הייתם נותנים לכל רכיב, ומה תשפרו?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בדיקה עצמית מנומקת לפי חמשת רכיבי המחוון ותיקון אחד לפחות.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הביסוס (8 נקודות). למשל: בית בובות – דרמה; ליבי במזרח – שירה; מאחורי הגדר – נובלה.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השאלות באתר מנוסחות מחדש, בהשראת השאלון; מספרי השאלות והפרקים – לפי עמוד השאלון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"התיק השחור" אינו מופיע כשאלה בשאלון שבאתר; הוא מופיע במשימת ההשוואה.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"שאלון 8281 – דף תרגול לשאלון כולו"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📝 שאלון 8281 – דף תרגול לשאלון כולו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שאלה וסמנו את התשובה הנכונה, או השלימו את החסר.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על איזו יצירה שאלה 1 בשאלון?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מדירה לדירה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יגון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ליבי במזרח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בית בובות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באיזה פרק נמצאת שאלה 35 על "בית בובות"?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פרק ראשון – סיפור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פרק ראשון – שירה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פרק שלישי – דרמה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פרק רביעי – רומן / נובלה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לפי המחוון, טענה מרכזית ברורה שווה 5 נקודות.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סך כל הנקודות במחוון לתשובה אחת הוא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כמה מילים כדאי לצטט בתשובה?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פסקה שלמה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עמוד שלם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מילים ספורות – רק מה שמוכיח את הטענה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לא מצטטים אף פעם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בדרמה אין מספר, ולכן הראיות הן דיאלוג והוראות במה.      ◯ נכון   ◯ לא נכון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"מישור גלוי" ו"מישור סמוי" של כותרת הם...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שם המחבר ושם ההוצאה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המשמעות המילולית והמשמעות הרעיונית-הסמלית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הפתיחה והסיום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שתי דמויות ראשיות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בצעו את המשימות: מתחו קו, מספרו לפי הסדר, מיינו לטבלה וענו בקצרה.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בין מספר השאלה לבין היצירה.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יגון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ליבי במזרח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מדירה לדירה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35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מאחורי הגדר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36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בובות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בין היצירה לבין הכותב.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יגון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ש״י עגנון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מדירה לדירה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הנריק איבסן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ליבי במזרח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ח״נ ביאליק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בובות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יהודה הלוי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מאחורי הגדר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אנטון צ׳כוב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התיק השחור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יהושע קנז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מיינו את היצירות לפי הסוגה.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יגון   ·   ליבי במזרח   ·   התיק השחור   ·   מאחורי הגדר   ·   מדירה לדירה   ·   בית בובות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סיפור קצר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שירה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דרמה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נובלה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סדרו את רכיבי המחוון מהשווה ביותר לשווה פחות.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מושגים ספרותיים – 3 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 ולשון – 2 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 – 5 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 – 8 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– 7 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מה ההבדל בין "סיכום עלילה" לבין "ביסוס"?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תשובות מלאות. בתשובה הארוכה הקפידו על טענה, ביסוס (דוגמה מהיצירה), הסבר וסיכום.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בחרו שאלה אחת מן השאלון (1, 2, 5, 35 או 36) וכתבו לה משפט טענה.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תשובה מלאה לשאלה שבחרתם: טענה, שתי דוגמאות מן היצירה (ציטוט של עד 8 מילים או תיאור רגע), הסבר לכל דוגמה וסיכום.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בדקו את התשובה שכתבתם לפי המחוון: כמה נקודות הייתם נותנים לכל רכיב, ומה תשפרו?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מהו הרכיב השווה ביותר במחוון?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יצירה אחת מהשאלון ואת הסוגה שלה.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"לקראת הבחינה אני צריך/ה לחזק את..."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שאלון 8281 – דף תרגול לשאלון כולו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