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חידון מהיר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"חידון מהיר": מחברים, דמויות, סמלים וסוגות של שש היצירות, ובסוף כתיבה קצרה. מתאים לחזרה בזוגות או לפתיחת שיעור; אפשר לבדוק בעזרת מפתח התשובות במהדורה למורה.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כתב את "יגון"?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אנטון צ׳כוב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לאיזו סוגה שייך "בית בובות"?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דרמה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באיזו יצירה מופיעה הדמות נורה הלמר?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היצירה.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סמל ליצירה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יגון: השלג، הסוסה | בית בובות: עץ חג המולד، ריקוד הטרנטלה | מאחורי הגדר: הגדר، הגן ועץ התפוח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שתי שאלות חידון משלכם על היצירות, ולכל אחת התשובה הנכונה.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עובדתיות נכונות על מחבר, דמות, סמל או סוגה, עם תשובה נכונה.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"כרטיס דמות" לדמות אחת מן היצירות: שם, יצירה, שלוש תכונות, מעשה אחד שמוכיח תכונה, ומשפט: מה הדמות מלמדת אותנו?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מלא ומדויק לפי עמוד היצירה: תכונות מבוססות במעשה, ומשפט משמעות.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הנריק איבסן. דמויות: יונה – יגון; נורה – בית בובות; נח – מאחורי הגדר; הילד – התיק השחור.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"חידון מהיר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⚡ חידון מהיר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מי כתב את "יגון"?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ש״י עגנון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אנטון צ׳כוב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הנריק איבסן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לאיזו סוגה שייך "בית בובות"?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סיפור קצר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שירה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דרמה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באיזו יצירה מופיעה הדמות נורה הלמר?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יגון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בית בובות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מאחורי הגדר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הדמות לבין היצירה.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יונה פוטאפוב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מדירה לדירה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התינוק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יגון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ציון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ליבי במזרח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טורוואלד הלמר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בית בובות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מיינו כל סמל ליצירה שלו.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הגדר   ·   עץ חג המולד   ·   ריקוד הטרנטלה   ·   הסוסה   ·   הגן ועץ התפוח   ·   השלג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יגון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בית בובות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שתי שאלות חידון משלכם על היצירות, ולכל אחת התשובה הנכונה.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"כרטיס דמות" לדמות אחת מן היצירות: שם, יצירה, שלוש תכונות, מעשה אחד שמוכיח תכונה, ומשפט: מה הדמות מלמדת אותנו?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מי כתב את "בית בובות"?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דמות אחת ואת היצירה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מהיר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