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חידון מהיר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"חידון מהיר": מחברים, דמויות, סמלים וסוגות של שש היצירות, ובסוף כתיבה קצרה. מתאים לחזרה בזוגות או לפתיחת שיעור; אפשר לבדוק בעזרת מפתח התשובות במהדורה למורה.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כתב את "יגון"?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אנטון צ׳כוב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"בית בובות" הוא...?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דרמה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יש דמות בשם נורה?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הסמל "הגדר" שייך ליצירה...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הסמל "החומוס" שייך ליצירה...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התיק השחור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"ליבי במזרח" הוא סיפור קצר.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"ליבי במזרח" הוא שיר.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"שאלה רטורית" היא...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שאלה שאינה מחכה לתשובה ומבטאת רגש או עמדה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דמות ליצירה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2–ד, 3–א, 4–ב, 5–ו, 6–ג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לאיזו יצירה שייך כל סמל?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יגון: השלג، הסוסה | בית בובות: עץ חג המולד، ריקוד הטרנטלה | מאחורי הגדר: הגדר، הגן ועץ התפוח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היצירה לבין הכותב.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שתי שאלות על היצירות, עם תשובות.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עובדתיות נכונות על מחבר, דמות, סמל או סוגה, עם תשובה נכונה.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דמות. כתבו: שם, יצירה, שלוש תכונות, ומה היא עושה.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מלא ומדויק לפי עמוד היצירה: תכונות מבוססות במעשה, ומשפט משמעות.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הנריק איבסן. דמויות: יונה – יגון; נורה – בית בובות; נח – מאחורי הגדר; הילד – התיק השחור.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"חידון מהיר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⚡ חידון מהיר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מחבר / מחברת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שכתב את היצירה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author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 של יצירה: סיפור, שיר, מחזה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שאפשר לקרוא בפעם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short story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ארוך מסיפור קצר וקצר מרומן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novella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שנכתב לשחקנים על 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play, drama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(או חיה) בתוך היצירה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שמייצג רעיון גדול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רטורית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שלא מחכה לתשובה ומבטאת רגש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rhetorical question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כתב את "יגון"?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ש״י עגנון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אנטון צ׳כוב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הנריק איבסן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רבי יהודה הלוי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"בית בובות" הוא...?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סיפור קצר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דרמה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נובלה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איפה יש דמות בשם נורה?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מדירה לדירה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הסמל "הגדר" שייך ליצירה...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הסמל "החומוס" שייך ליצירה...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"ליבי במזרח" הוא סיפור קצר.      ◯ נכון   ◯ לא נכון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"שאלה רטורית" היא...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שאלה בבחינה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שאלה עם ארבע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שאלה שאינה מחכה לתשובה ומבטאת רגש או עמדה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שאלה שהמורה שואל/ת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דמות ליצירה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פוטאפוב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בובות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טורוואלד הלמר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מארינקא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השכנה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מיינו: לאיזו יצירה שייך כל סמל?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השלג   ·   הסוסה   ·   ריקוד הטרנטלה   ·   הגן ועץ התפוח   ·   עץ חג המולד   ·   הגדר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יגון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בית בובות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היצירה לבין הכותב.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יהושע קנז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ש״י עגנון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יהודה הלוי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ח״נ ביאליק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שתי שאלות על היצירות, עם תשובות.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דמות. כתבו: שם, יצירה, שלוש תכונות, ומה היא עושה.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מי כתב את "בית בובות"?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דמות אחת ואת היצירה שלה.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נזכרתי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מהיר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