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חידון מהיר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"חידון מהיר": מחברים, דמויות, סמלים וסוגות של שש היצירות, ובסוף כתיבה קצרה. מתאים לחזרה בזוגות או לפתיחת שיעור; אפשר לבדוק בעזרת מפתח התשובות במהדורה למורה.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כתב את "יגון"?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אנטון צ׳כוב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לאיזו סוגה שייך "בית בובות"?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דרמה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באיזו יצירה מופיעה הדמות נורה הלמר?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בית בובות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הסמל "הגדר" שייך ליצירה...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מאחורי הגדר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הסמל "החומוס" שייך ליצירה...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התיק השחור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"ליבי במזרח" הוא סיפור קצר.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"ליבי במזרח" הוא שיר.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"שאלה רטורית" היא...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שאלה שאינה מחכה לתשובה ומבטאת רגש או עמדה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הדמות לבין היצירה.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1–ו, 2–ב, 3–א, 4–ה, 5–ד, 6–ג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סמל ליצירה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יגון: השלג، הסוסה | בית בובות: עץ חג המולד، ריקוד הטרנטלה | מאחורי הגדר: הגדר، הגן ועץ התפוח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היצירה לבין הכותב.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2–ב, 3–ג,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סמל אחד מן הטבלה והסבירו מה הוא מייצג ביצירה.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השלג – הקור והבדידות; עץ חג המולד – מצבה של נורה; הגדר – חומה בין עולמות.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שתי שאלות חידון משלכם על היצירות, ולכל אחת התשובה הנכונה.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שאלות עובדתיות נכונות על מחבר, דמות, סמל או סוגה, עם תשובה נכונה.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ההבדל בין סיפור קצר לבין נובלה? תנו דוגמה לכל אחד מן השאלון.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נובלה ארוכה מסיפור קצר וקצרה מרומן; סיפור קצר – יגון / מדירה לדירה / התיק השחור; נובלה – מאחורי הגדר.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"כרטיס דמות" לדמות אחת מן היצירות: שם, יצירה, שלוש תכונות, מעשה אחד שמוכיח תכונה, ומשפט: מה הדמות מלמדת אותנו?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מלא ומדויק לפי עמוד היצירה: תכונות מבוססות במעשה, ומשפט משמעות.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הנריק איבסן. דמויות: יונה – יגון; נורה – בית בובות; נח – מאחורי הגדר; הילד – התיק השחור.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"חידון מהיר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⚡ חידון מהיר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שאלה וסמנו את התשובה הנכונה, או השלימו את החסר.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כתב את "יגון"?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ש״י עגנון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אנטון צ׳כוב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הנריק איבסן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רבי יהודה הלוי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לאיזו סוגה שייך "בית בובות"?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סיפור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דרמה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נובלה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באיזו יצירה מופיעה הדמות נורה הלמר?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יגון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בית בובות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מאחורי הגדר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מדירה לדירה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הסמל "הגדר" שייך ליצירה...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ליבי במזרח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התיק השחור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מאחורי הגדר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יגון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הסמל "החומוס" שייך ליצירה...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התיק השחור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מדירה לדירה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בית בובות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יגון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"ליבי במזרח" הוא סיפור קצר.      ◯ נכון   ◯ לא נכון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"שאלה רטורית" היא...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שאלה בבחינה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שאלה עם ארבע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שאלה שאינה מחכה לתשובה ומבטאת רגש או עמדה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שאלה שהמורה שואל/ת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בצעו את המשימות: מתחו קו, מספרו לפי הסדר, מיינו לטבלה וענו בקצרה.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התאימו בין הדמות לבין היצירה.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יונה פוטאפוב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ליבי במזרח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התינוק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מדירה לדירה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התיק השחור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טורוואלד הלמר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מאחורי הגדר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מארינקא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בובות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המורה השכנה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יגון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 כל סמל ליצירה שלו.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ריקוד הטרנטלה   ·   הסוסה   ·   הגן ועץ התפוח   ·   עץ חג המולד   ·   הגדר   ·   השלג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יגון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בית בובות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מאחורי הגדר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התאימו בין היצירה לבין הכותב.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מדירה לדירה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ש״י עגנון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ליבי במזרח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יהודה הלוי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מאחורי הגדר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ח״נ ביאליק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התיק השחור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יהושע קנז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בחרו סמל אחד מן הטבלה והסבירו מה הוא מייצג ביצירה.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בכתב ברור ובמשפטים מלאים.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שתי שאלות חידון משלכם על היצירות, ולכל אחת התשובה הנכונה.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מה ההבדל בין סיפור קצר לבין נובלה? תנו דוגמה לכל אחד מן השאלון.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"כרטיס דמות" לדמות אחת מן היצירות: שם, יצירה, שלוש תכונות, מעשה אחד שמוכיח תכונה, ומשפט: מה הדמות מלמדת אותנו?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מי כתב את "בית בובות"?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דמות אחת ואת היצירה שלה.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"היום נזכרתי ש..."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חידון מהיר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